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7A8B3" w14:textId="77777777" w:rsidR="00675CD4" w:rsidRDefault="00675CD4" w:rsidP="00675CD4">
      <w:pPr>
        <w:spacing w:after="0"/>
        <w:rPr>
          <w:b/>
          <w:lang w:val="it-IT"/>
        </w:rPr>
      </w:pPr>
      <w:r>
        <w:rPr>
          <w:noProof/>
        </w:rPr>
        <w:drawing>
          <wp:inline distT="0" distB="0" distL="0" distR="0" wp14:anchorId="1D8EF768" wp14:editId="467F075B">
            <wp:extent cx="914568" cy="1059873"/>
            <wp:effectExtent l="0" t="0" r="0" b="6985"/>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6544" cy="1062163"/>
                    </a:xfrm>
                    <a:prstGeom prst="rect">
                      <a:avLst/>
                    </a:prstGeom>
                    <a:noFill/>
                    <a:ln>
                      <a:noFill/>
                    </a:ln>
                  </pic:spPr>
                </pic:pic>
              </a:graphicData>
            </a:graphic>
          </wp:inline>
        </w:drawing>
      </w:r>
    </w:p>
    <w:p w14:paraId="2DD756C7" w14:textId="6297878A" w:rsidR="00675CD4" w:rsidRDefault="00581489" w:rsidP="00675CD4">
      <w:pPr>
        <w:spacing w:after="0"/>
        <w:jc w:val="right"/>
        <w:rPr>
          <w:b/>
          <w:lang w:val="it-IT"/>
        </w:rPr>
      </w:pPr>
      <w:r w:rsidRPr="006D03DB">
        <w:rPr>
          <w:b/>
          <w:lang w:val="it-IT"/>
        </w:rPr>
        <w:t>ALL’UFFICIO TRIBUTI</w:t>
      </w:r>
    </w:p>
    <w:p w14:paraId="6F9057A0" w14:textId="2ABB88C8" w:rsidR="00211349" w:rsidRPr="006D03DB" w:rsidRDefault="00675CD4">
      <w:pPr>
        <w:jc w:val="right"/>
        <w:rPr>
          <w:lang w:val="it-IT"/>
        </w:rPr>
      </w:pPr>
      <w:r>
        <w:rPr>
          <w:b/>
          <w:lang w:val="it-IT"/>
        </w:rPr>
        <w:t>ALL’UFFICIO CASA</w:t>
      </w:r>
      <w:r w:rsidR="00581489" w:rsidRPr="006D03DB">
        <w:rPr>
          <w:b/>
          <w:lang w:val="it-IT"/>
        </w:rPr>
        <w:br/>
        <w:t>COMUNE DI BARANZATE (MI)</w:t>
      </w:r>
    </w:p>
    <w:p w14:paraId="0F7E7FAD" w14:textId="77777777" w:rsidR="00211349" w:rsidRPr="006D03DB" w:rsidRDefault="00581489">
      <w:pPr>
        <w:jc w:val="center"/>
        <w:rPr>
          <w:lang w:val="it-IT"/>
        </w:rPr>
      </w:pPr>
      <w:r w:rsidRPr="006D03DB">
        <w:rPr>
          <w:b/>
          <w:sz w:val="28"/>
          <w:lang w:val="it-IT"/>
        </w:rPr>
        <w:t>RICHIESTA AGEVOLAZIONE IMPOSTA IMU</w:t>
      </w:r>
      <w:r w:rsidRPr="006D03DB">
        <w:rPr>
          <w:b/>
          <w:sz w:val="28"/>
          <w:lang w:val="it-IT"/>
        </w:rPr>
        <w:br/>
        <w:t>PER IMMOBILI CONCESSI IN LOCAZIONE A CANONE CONCORDATO</w:t>
      </w:r>
    </w:p>
    <w:p w14:paraId="1998EF83" w14:textId="1D1D7BCC" w:rsidR="006D03DB" w:rsidRPr="006D03DB" w:rsidRDefault="006D03DB">
      <w:pPr>
        <w:rPr>
          <w:b/>
          <w:bCs/>
          <w:i/>
          <w:iCs/>
          <w:sz w:val="24"/>
          <w:szCs w:val="28"/>
          <w:lang w:val="it-IT"/>
        </w:rPr>
      </w:pPr>
      <w:r w:rsidRPr="006D03DB">
        <w:rPr>
          <w:b/>
          <w:bCs/>
          <w:i/>
          <w:iCs/>
          <w:sz w:val="24"/>
          <w:szCs w:val="28"/>
          <w:lang w:val="it-IT"/>
        </w:rPr>
        <w:t xml:space="preserve">IL SOTTOSCRITTO </w:t>
      </w:r>
    </w:p>
    <w:p w14:paraId="2FF20F6D" w14:textId="748AD2EE" w:rsidR="00211349" w:rsidRPr="006D03DB" w:rsidRDefault="00581489">
      <w:pPr>
        <w:rPr>
          <w:lang w:val="it-IT"/>
        </w:rPr>
      </w:pPr>
      <w:r w:rsidRPr="006D03DB">
        <w:rPr>
          <w:lang w:val="it-IT"/>
        </w:rPr>
        <w:t>COGNOME ________________________________________   NOME _____________________________________</w:t>
      </w:r>
      <w:r w:rsidR="006D03DB">
        <w:rPr>
          <w:lang w:val="it-IT"/>
        </w:rPr>
        <w:t>_______</w:t>
      </w:r>
    </w:p>
    <w:p w14:paraId="74469A08" w14:textId="6DA552C5" w:rsidR="00211349" w:rsidRPr="006D03DB" w:rsidRDefault="00581489">
      <w:pPr>
        <w:rPr>
          <w:lang w:val="it-IT"/>
        </w:rPr>
      </w:pPr>
      <w:r w:rsidRPr="006D03DB">
        <w:rPr>
          <w:lang w:val="it-IT"/>
        </w:rPr>
        <w:t>Nato a _________________________________________________ (Prov.______), il _____________________________</w:t>
      </w:r>
    </w:p>
    <w:p w14:paraId="539026DE" w14:textId="77777777" w:rsidR="00211349" w:rsidRPr="006D03DB" w:rsidRDefault="00581489">
      <w:pPr>
        <w:rPr>
          <w:lang w:val="it-IT"/>
        </w:rPr>
      </w:pPr>
      <w:r w:rsidRPr="006D03DB">
        <w:rPr>
          <w:lang w:val="it-IT"/>
        </w:rPr>
        <w:t>e residente a____________________________________________________________________________ (Prov.___________)</w:t>
      </w:r>
    </w:p>
    <w:p w14:paraId="5C3001EA" w14:textId="19A45D20" w:rsidR="00211349" w:rsidRPr="006D03DB" w:rsidRDefault="00581489">
      <w:pPr>
        <w:rPr>
          <w:lang w:val="it-IT"/>
        </w:rPr>
      </w:pPr>
      <w:r w:rsidRPr="006D03DB">
        <w:rPr>
          <w:lang w:val="it-IT"/>
        </w:rPr>
        <w:t>via __________________________________________________________________________________, n. civ.____________</w:t>
      </w:r>
    </w:p>
    <w:p w14:paraId="38C66418" w14:textId="56B046DF" w:rsidR="00211349" w:rsidRPr="006D03DB" w:rsidRDefault="00581489">
      <w:pPr>
        <w:rPr>
          <w:lang w:val="it-IT"/>
        </w:rPr>
      </w:pPr>
      <w:r w:rsidRPr="006D03DB">
        <w:rPr>
          <w:lang w:val="it-IT"/>
        </w:rPr>
        <w:t>C.F._________________________________________________________tel.________________________________________</w:t>
      </w:r>
    </w:p>
    <w:p w14:paraId="2DFAD0C0" w14:textId="7B3D8DCC" w:rsidR="00211349" w:rsidRPr="006D03DB" w:rsidRDefault="00581489">
      <w:pPr>
        <w:rPr>
          <w:lang w:val="it-IT"/>
        </w:rPr>
      </w:pPr>
      <w:r w:rsidRPr="006D03DB">
        <w:rPr>
          <w:lang w:val="it-IT"/>
        </w:rPr>
        <w:t>Email_______________________________________________; PEC ______________________________________________</w:t>
      </w:r>
    </w:p>
    <w:p w14:paraId="0A271C09" w14:textId="77777777" w:rsidR="00211349" w:rsidRPr="006D03DB" w:rsidRDefault="00581489">
      <w:pPr>
        <w:rPr>
          <w:lang w:val="it-IT"/>
        </w:rPr>
      </w:pPr>
      <w:r w:rsidRPr="006D03DB">
        <w:rPr>
          <w:lang w:val="it-IT"/>
        </w:rPr>
        <w:t>In qualità di:</w:t>
      </w:r>
    </w:p>
    <w:p w14:paraId="196B4749" w14:textId="451A9D1E" w:rsidR="00211349" w:rsidRPr="006D03DB" w:rsidRDefault="00320B22">
      <w:pPr>
        <w:rPr>
          <w:lang w:val="it-IT"/>
        </w:rPr>
      </w:pPr>
      <w:r w:rsidRPr="0065335B">
        <w:rPr>
          <w:lang w:val="it-IT"/>
        </w:rPr>
        <w:t>☐</w:t>
      </w:r>
      <w:r w:rsidR="00581489" w:rsidRPr="006D03DB">
        <w:rPr>
          <w:lang w:val="it-IT"/>
        </w:rPr>
        <w:t xml:space="preserve"> Leg. Rappr. della Ditta ____________________________________________ P.IVA/C.F.______________________________</w:t>
      </w:r>
    </w:p>
    <w:p w14:paraId="373965A9" w14:textId="77777777" w:rsidR="00320B22" w:rsidRDefault="00320B22">
      <w:pPr>
        <w:rPr>
          <w:lang w:val="it-IT"/>
        </w:rPr>
      </w:pPr>
      <w:r w:rsidRPr="0065335B">
        <w:rPr>
          <w:lang w:val="it-IT"/>
        </w:rPr>
        <w:t>☐</w:t>
      </w:r>
      <w:r w:rsidR="00581489" w:rsidRPr="006D03DB">
        <w:rPr>
          <w:lang w:val="it-IT"/>
        </w:rPr>
        <w:t xml:space="preserve">  Erede di _________________________________________________________ C.F. _________________________________</w:t>
      </w:r>
    </w:p>
    <w:p w14:paraId="16C65CA1" w14:textId="2FFDC728" w:rsidR="00211349" w:rsidRPr="006D03DB" w:rsidRDefault="00320B22">
      <w:pPr>
        <w:rPr>
          <w:lang w:val="it-IT"/>
        </w:rPr>
      </w:pPr>
      <w:r>
        <w:rPr>
          <w:lang w:val="it-IT"/>
        </w:rPr>
        <w:t xml:space="preserve"> P</w:t>
      </w:r>
      <w:r w:rsidR="00581489" w:rsidRPr="006D03DB">
        <w:rPr>
          <w:lang w:val="it-IT"/>
        </w:rPr>
        <w:t>roprietario/titolare di altro diritto reale di godimento dei seguenti immobili ubicati nel comune di Baranzate, identificati al catasto fabbricati come segue:</w:t>
      </w:r>
    </w:p>
    <w:tbl>
      <w:tblPr>
        <w:tblStyle w:val="Grigliatabella"/>
        <w:tblW w:w="11482" w:type="dxa"/>
        <w:tblInd w:w="-459" w:type="dxa"/>
        <w:tblLook w:val="04A0" w:firstRow="1" w:lastRow="0" w:firstColumn="1" w:lastColumn="0" w:noHBand="0" w:noVBand="1"/>
      </w:tblPr>
      <w:tblGrid>
        <w:gridCol w:w="1930"/>
        <w:gridCol w:w="1189"/>
        <w:gridCol w:w="1019"/>
        <w:gridCol w:w="1958"/>
        <w:gridCol w:w="2278"/>
        <w:gridCol w:w="1695"/>
        <w:gridCol w:w="1413"/>
      </w:tblGrid>
      <w:tr w:rsidR="00211349" w14:paraId="7FCC515D" w14:textId="77777777" w:rsidTr="006D03DB">
        <w:tc>
          <w:tcPr>
            <w:tcW w:w="1930" w:type="dxa"/>
          </w:tcPr>
          <w:p w14:paraId="52DC56AB" w14:textId="77777777" w:rsidR="00211349" w:rsidRDefault="00581489">
            <w:r>
              <w:t>Tipologia</w:t>
            </w:r>
            <w:r>
              <w:br/>
              <w:t>(abitazione, box,…)</w:t>
            </w:r>
          </w:p>
        </w:tc>
        <w:tc>
          <w:tcPr>
            <w:tcW w:w="1189" w:type="dxa"/>
          </w:tcPr>
          <w:p w14:paraId="69F5B137" w14:textId="0F93E226" w:rsidR="00211349" w:rsidRDefault="00581489">
            <w:r>
              <w:t>Cat</w:t>
            </w:r>
            <w:r w:rsidR="006D03DB">
              <w:t>egoria</w:t>
            </w:r>
          </w:p>
        </w:tc>
        <w:tc>
          <w:tcPr>
            <w:tcW w:w="1019" w:type="dxa"/>
          </w:tcPr>
          <w:p w14:paraId="119C75AE" w14:textId="4064566A" w:rsidR="00211349" w:rsidRDefault="006D03DB">
            <w:r>
              <w:t>Classe</w:t>
            </w:r>
          </w:p>
        </w:tc>
        <w:tc>
          <w:tcPr>
            <w:tcW w:w="1958" w:type="dxa"/>
          </w:tcPr>
          <w:p w14:paraId="3A5B60DD" w14:textId="77777777" w:rsidR="00211349" w:rsidRDefault="00581489">
            <w:r>
              <w:t>Fg./part./sub.</w:t>
            </w:r>
          </w:p>
        </w:tc>
        <w:tc>
          <w:tcPr>
            <w:tcW w:w="2278" w:type="dxa"/>
          </w:tcPr>
          <w:p w14:paraId="5E9FD128" w14:textId="77777777" w:rsidR="00211349" w:rsidRDefault="00581489">
            <w:r>
              <w:t>Indirizzo</w:t>
            </w:r>
          </w:p>
        </w:tc>
        <w:tc>
          <w:tcPr>
            <w:tcW w:w="1695" w:type="dxa"/>
          </w:tcPr>
          <w:p w14:paraId="3427C153" w14:textId="791FEAF9" w:rsidR="00211349" w:rsidRDefault="00581489">
            <w:r>
              <w:t>Rendita</w:t>
            </w:r>
            <w:r w:rsidR="006D03DB">
              <w:t xml:space="preserve"> </w:t>
            </w:r>
            <w:r>
              <w:t>Catastale</w:t>
            </w:r>
          </w:p>
        </w:tc>
        <w:tc>
          <w:tcPr>
            <w:tcW w:w="1413" w:type="dxa"/>
          </w:tcPr>
          <w:p w14:paraId="7430662A" w14:textId="25D86A19" w:rsidR="00211349" w:rsidRDefault="00581489">
            <w:r>
              <w:t>Possesso</w:t>
            </w:r>
            <w:r w:rsidR="006D03DB">
              <w:t xml:space="preserve"> </w:t>
            </w:r>
            <w:r>
              <w:t>%</w:t>
            </w:r>
          </w:p>
        </w:tc>
      </w:tr>
      <w:tr w:rsidR="00211349" w14:paraId="1C04298E" w14:textId="77777777" w:rsidTr="006D03DB">
        <w:trPr>
          <w:trHeight w:val="452"/>
        </w:trPr>
        <w:tc>
          <w:tcPr>
            <w:tcW w:w="1930" w:type="dxa"/>
          </w:tcPr>
          <w:p w14:paraId="5C5A6394" w14:textId="77777777" w:rsidR="00211349" w:rsidRDefault="00211349"/>
        </w:tc>
        <w:tc>
          <w:tcPr>
            <w:tcW w:w="1189" w:type="dxa"/>
          </w:tcPr>
          <w:p w14:paraId="12AB1C48" w14:textId="77777777" w:rsidR="00211349" w:rsidRDefault="00211349"/>
        </w:tc>
        <w:tc>
          <w:tcPr>
            <w:tcW w:w="1019" w:type="dxa"/>
          </w:tcPr>
          <w:p w14:paraId="49689EC4" w14:textId="77777777" w:rsidR="00211349" w:rsidRDefault="00211349"/>
        </w:tc>
        <w:tc>
          <w:tcPr>
            <w:tcW w:w="1958" w:type="dxa"/>
          </w:tcPr>
          <w:p w14:paraId="4D9FB046" w14:textId="77777777" w:rsidR="00211349" w:rsidRDefault="00211349"/>
        </w:tc>
        <w:tc>
          <w:tcPr>
            <w:tcW w:w="2278" w:type="dxa"/>
          </w:tcPr>
          <w:p w14:paraId="023A5CED" w14:textId="77777777" w:rsidR="00211349" w:rsidRDefault="00211349"/>
        </w:tc>
        <w:tc>
          <w:tcPr>
            <w:tcW w:w="1695" w:type="dxa"/>
          </w:tcPr>
          <w:p w14:paraId="140BAE5E" w14:textId="77777777" w:rsidR="00211349" w:rsidRDefault="00211349"/>
        </w:tc>
        <w:tc>
          <w:tcPr>
            <w:tcW w:w="1413" w:type="dxa"/>
          </w:tcPr>
          <w:p w14:paraId="1F2CFD75" w14:textId="77777777" w:rsidR="00211349" w:rsidRDefault="00211349"/>
        </w:tc>
      </w:tr>
      <w:tr w:rsidR="00211349" w14:paraId="1A454FB1" w14:textId="77777777" w:rsidTr="006D03DB">
        <w:trPr>
          <w:trHeight w:val="402"/>
        </w:trPr>
        <w:tc>
          <w:tcPr>
            <w:tcW w:w="1930" w:type="dxa"/>
          </w:tcPr>
          <w:p w14:paraId="66BADAF7" w14:textId="77777777" w:rsidR="00211349" w:rsidRDefault="00211349"/>
        </w:tc>
        <w:tc>
          <w:tcPr>
            <w:tcW w:w="1189" w:type="dxa"/>
          </w:tcPr>
          <w:p w14:paraId="296F2048" w14:textId="77777777" w:rsidR="00211349" w:rsidRDefault="00211349"/>
        </w:tc>
        <w:tc>
          <w:tcPr>
            <w:tcW w:w="1019" w:type="dxa"/>
          </w:tcPr>
          <w:p w14:paraId="273628E0" w14:textId="77777777" w:rsidR="00211349" w:rsidRDefault="00211349"/>
        </w:tc>
        <w:tc>
          <w:tcPr>
            <w:tcW w:w="1958" w:type="dxa"/>
          </w:tcPr>
          <w:p w14:paraId="63CACE1F" w14:textId="77777777" w:rsidR="00211349" w:rsidRDefault="00211349"/>
        </w:tc>
        <w:tc>
          <w:tcPr>
            <w:tcW w:w="2278" w:type="dxa"/>
          </w:tcPr>
          <w:p w14:paraId="765276AA" w14:textId="77777777" w:rsidR="00211349" w:rsidRDefault="00211349"/>
        </w:tc>
        <w:tc>
          <w:tcPr>
            <w:tcW w:w="1695" w:type="dxa"/>
          </w:tcPr>
          <w:p w14:paraId="549F5E2E" w14:textId="77777777" w:rsidR="00211349" w:rsidRDefault="00211349"/>
        </w:tc>
        <w:tc>
          <w:tcPr>
            <w:tcW w:w="1413" w:type="dxa"/>
          </w:tcPr>
          <w:p w14:paraId="00ECDF76" w14:textId="77777777" w:rsidR="00211349" w:rsidRDefault="00211349"/>
        </w:tc>
      </w:tr>
      <w:tr w:rsidR="00211349" w14:paraId="3D23F7A1" w14:textId="77777777" w:rsidTr="006D03DB">
        <w:trPr>
          <w:trHeight w:val="436"/>
        </w:trPr>
        <w:tc>
          <w:tcPr>
            <w:tcW w:w="1930" w:type="dxa"/>
          </w:tcPr>
          <w:p w14:paraId="700EF804" w14:textId="77777777" w:rsidR="00211349" w:rsidRDefault="00211349"/>
        </w:tc>
        <w:tc>
          <w:tcPr>
            <w:tcW w:w="1189" w:type="dxa"/>
          </w:tcPr>
          <w:p w14:paraId="094D9812" w14:textId="77777777" w:rsidR="00211349" w:rsidRDefault="00211349"/>
        </w:tc>
        <w:tc>
          <w:tcPr>
            <w:tcW w:w="1019" w:type="dxa"/>
          </w:tcPr>
          <w:p w14:paraId="00CFA7E9" w14:textId="77777777" w:rsidR="00211349" w:rsidRDefault="00211349"/>
        </w:tc>
        <w:tc>
          <w:tcPr>
            <w:tcW w:w="1958" w:type="dxa"/>
          </w:tcPr>
          <w:p w14:paraId="3969400E" w14:textId="77777777" w:rsidR="00211349" w:rsidRDefault="00211349"/>
        </w:tc>
        <w:tc>
          <w:tcPr>
            <w:tcW w:w="2278" w:type="dxa"/>
          </w:tcPr>
          <w:p w14:paraId="15CB2B96" w14:textId="77777777" w:rsidR="00211349" w:rsidRDefault="00211349"/>
        </w:tc>
        <w:tc>
          <w:tcPr>
            <w:tcW w:w="1695" w:type="dxa"/>
          </w:tcPr>
          <w:p w14:paraId="2E53D7E9" w14:textId="77777777" w:rsidR="00211349" w:rsidRDefault="00211349"/>
        </w:tc>
        <w:tc>
          <w:tcPr>
            <w:tcW w:w="1413" w:type="dxa"/>
          </w:tcPr>
          <w:p w14:paraId="618EC4E2" w14:textId="77777777" w:rsidR="00211349" w:rsidRDefault="00211349"/>
        </w:tc>
      </w:tr>
      <w:tr w:rsidR="00211349" w14:paraId="3F1A8774" w14:textId="77777777" w:rsidTr="006D03DB">
        <w:trPr>
          <w:trHeight w:val="414"/>
        </w:trPr>
        <w:tc>
          <w:tcPr>
            <w:tcW w:w="1930" w:type="dxa"/>
          </w:tcPr>
          <w:p w14:paraId="27DFBA0D" w14:textId="77777777" w:rsidR="00211349" w:rsidRDefault="00211349"/>
        </w:tc>
        <w:tc>
          <w:tcPr>
            <w:tcW w:w="1189" w:type="dxa"/>
          </w:tcPr>
          <w:p w14:paraId="4CF1410A" w14:textId="77777777" w:rsidR="00211349" w:rsidRDefault="00211349"/>
        </w:tc>
        <w:tc>
          <w:tcPr>
            <w:tcW w:w="1019" w:type="dxa"/>
          </w:tcPr>
          <w:p w14:paraId="5E58FEF0" w14:textId="77777777" w:rsidR="00211349" w:rsidRDefault="00211349"/>
        </w:tc>
        <w:tc>
          <w:tcPr>
            <w:tcW w:w="1958" w:type="dxa"/>
          </w:tcPr>
          <w:p w14:paraId="17392305" w14:textId="77777777" w:rsidR="00211349" w:rsidRDefault="00211349"/>
        </w:tc>
        <w:tc>
          <w:tcPr>
            <w:tcW w:w="2278" w:type="dxa"/>
          </w:tcPr>
          <w:p w14:paraId="06012487" w14:textId="77777777" w:rsidR="00211349" w:rsidRDefault="00211349"/>
        </w:tc>
        <w:tc>
          <w:tcPr>
            <w:tcW w:w="1695" w:type="dxa"/>
          </w:tcPr>
          <w:p w14:paraId="74E2FAE0" w14:textId="77777777" w:rsidR="00211349" w:rsidRDefault="00211349"/>
        </w:tc>
        <w:tc>
          <w:tcPr>
            <w:tcW w:w="1413" w:type="dxa"/>
          </w:tcPr>
          <w:p w14:paraId="42BF472E" w14:textId="77777777" w:rsidR="00211349" w:rsidRDefault="00211349"/>
        </w:tc>
      </w:tr>
    </w:tbl>
    <w:p w14:paraId="5D5C622A" w14:textId="77777777" w:rsidR="006D03DB" w:rsidRDefault="006D03DB">
      <w:pPr>
        <w:rPr>
          <w:lang w:val="it-IT"/>
        </w:rPr>
      </w:pPr>
    </w:p>
    <w:p w14:paraId="77CB3B83" w14:textId="4085856C" w:rsidR="00211349" w:rsidRPr="006D03DB" w:rsidRDefault="00581489">
      <w:pPr>
        <w:rPr>
          <w:lang w:val="it-IT"/>
        </w:rPr>
      </w:pPr>
      <w:r w:rsidRPr="006D03DB">
        <w:rPr>
          <w:lang w:val="it-IT"/>
        </w:rPr>
        <w:t>Di essere contitolare del predetto diritto reale di godimento congiuntamente ai seguenti altri soggetti:</w:t>
      </w:r>
    </w:p>
    <w:p w14:paraId="4AB710A4" w14:textId="2B04D6DF" w:rsidR="00211349" w:rsidRDefault="00581489">
      <w:pPr>
        <w:rPr>
          <w:lang w:val="it-IT"/>
        </w:rPr>
      </w:pPr>
      <w:r w:rsidRPr="006D03DB">
        <w:rPr>
          <w:lang w:val="it-IT"/>
        </w:rPr>
        <w:t>Cognome _____________________ Nome _________________________ C.F. __________________________ quota %_____</w:t>
      </w:r>
    </w:p>
    <w:p w14:paraId="56F57EC1" w14:textId="77777777" w:rsidR="006D03DB" w:rsidRPr="006D03DB" w:rsidRDefault="006D03DB" w:rsidP="006D03DB">
      <w:pPr>
        <w:rPr>
          <w:lang w:val="it-IT"/>
        </w:rPr>
      </w:pPr>
      <w:r w:rsidRPr="006D03DB">
        <w:rPr>
          <w:lang w:val="it-IT"/>
        </w:rPr>
        <w:t>Cognome _____________________ Nome _________________________ C.F. __________________________ quota %_____</w:t>
      </w:r>
    </w:p>
    <w:p w14:paraId="230CA248" w14:textId="77777777" w:rsidR="006D03DB" w:rsidRPr="006D03DB" w:rsidRDefault="006D03DB" w:rsidP="006D03DB">
      <w:pPr>
        <w:rPr>
          <w:lang w:val="it-IT"/>
        </w:rPr>
      </w:pPr>
      <w:r w:rsidRPr="006D03DB">
        <w:rPr>
          <w:lang w:val="it-IT"/>
        </w:rPr>
        <w:t>Cognome _____________________ Nome _________________________ C.F. __________________________ quota %_____</w:t>
      </w:r>
    </w:p>
    <w:p w14:paraId="2A2F385C" w14:textId="77777777" w:rsidR="00320B22" w:rsidRPr="00320B22" w:rsidRDefault="00320B22" w:rsidP="00320B22">
      <w:pPr>
        <w:rPr>
          <w:lang w:val="it-IT"/>
        </w:rPr>
      </w:pPr>
    </w:p>
    <w:p w14:paraId="7091EC6C" w14:textId="09DB108D" w:rsidR="00320B22" w:rsidRPr="00320B22" w:rsidRDefault="00320B22" w:rsidP="00320B22">
      <w:pPr>
        <w:rPr>
          <w:lang w:val="it-IT"/>
        </w:rPr>
      </w:pPr>
      <w:r w:rsidRPr="00320B22">
        <w:rPr>
          <w:lang w:val="it-IT"/>
        </w:rPr>
        <w:t xml:space="preserve">ESTREMI DI REGISTRAZIONE: </w:t>
      </w:r>
    </w:p>
    <w:p w14:paraId="2927E49F" w14:textId="77777777" w:rsidR="00320B22" w:rsidRPr="00320B22" w:rsidRDefault="00320B22" w:rsidP="00320B22">
      <w:pPr>
        <w:rPr>
          <w:lang w:val="it-IT"/>
        </w:rPr>
      </w:pPr>
      <w:r w:rsidRPr="00320B22">
        <w:rPr>
          <w:lang w:val="it-IT"/>
        </w:rPr>
        <w:t xml:space="preserve">Numero contratto di locazione:__________________del_________Registrato Presso____________________________ </w:t>
      </w:r>
    </w:p>
    <w:p w14:paraId="7A7A6520" w14:textId="77777777" w:rsidR="00320B22" w:rsidRPr="00320B22" w:rsidRDefault="00320B22" w:rsidP="00320B22">
      <w:pPr>
        <w:rPr>
          <w:lang w:val="it-IT"/>
        </w:rPr>
      </w:pPr>
      <w:r w:rsidRPr="00320B22">
        <w:rPr>
          <w:lang w:val="it-IT"/>
        </w:rPr>
        <w:t xml:space="preserve">Data di inizio della locazione concordata_______________________________________________________________ </w:t>
      </w:r>
    </w:p>
    <w:p w14:paraId="448673C3" w14:textId="77777777" w:rsidR="00320B22" w:rsidRPr="00320B22" w:rsidRDefault="00320B22" w:rsidP="00320B22">
      <w:pPr>
        <w:rPr>
          <w:lang w:val="it-IT"/>
        </w:rPr>
      </w:pPr>
      <w:r w:rsidRPr="00320B22">
        <w:rPr>
          <w:lang w:val="it-IT"/>
        </w:rPr>
        <w:t xml:space="preserve">Data di cessazione della locazione concordata___________________________________________________________ </w:t>
      </w:r>
    </w:p>
    <w:p w14:paraId="13DDF10E" w14:textId="7513D27C" w:rsidR="00211349" w:rsidRDefault="00320B22" w:rsidP="00320B22">
      <w:pPr>
        <w:rPr>
          <w:lang w:val="it-IT"/>
        </w:rPr>
      </w:pPr>
      <w:r w:rsidRPr="00320B22">
        <w:rPr>
          <w:lang w:val="it-IT"/>
        </w:rPr>
        <w:t>Data di proroga (da compilare in caso di rinnovo del contratto)_____________________________________________</w:t>
      </w:r>
    </w:p>
    <w:p w14:paraId="5EFBCE3E" w14:textId="341699FC" w:rsidR="006D03DB" w:rsidRPr="006D03DB" w:rsidRDefault="006D03DB">
      <w:pPr>
        <w:rPr>
          <w:lang w:val="it-IT"/>
        </w:rPr>
      </w:pPr>
      <w:r w:rsidRPr="0065335B">
        <w:rPr>
          <w:b/>
          <w:lang w:val="it-IT"/>
        </w:rPr>
        <w:t xml:space="preserve">CONSAPEVOLE </w:t>
      </w:r>
      <w:r w:rsidRPr="00133F1E">
        <w:rPr>
          <w:lang w:val="it-IT"/>
        </w:rPr>
        <w:t xml:space="preserve">che in caso di dichiarazione mendace sarà punito ai sensi del Codice Penale secondo quanto prescritto dall'art. 76 del D.P.R. 445/2000 e s.m.i e che qualora dal controllo effettuato emerga la non veridicità del contenuto di taluna delle dichiarazioni rese, decadrà dai benefici conseguenti al provvedimento eventualmente emanato sulla base della dichiarazione non veritiera(art. 75 D.P.R. 445/2000 e s.m.i.); informato/a, ai sensi e per gli effetti di cui all'art. 183 del D.Lgs, 196/2003, che i dati personali raccolti saranno trattati, anche con strumenti informatici, esclusivamente nell'ambito del procedimento per il quale la presente dichiarazione è resa; </w:t>
      </w:r>
    </w:p>
    <w:p w14:paraId="61A29816" w14:textId="78029416" w:rsidR="006D03DB" w:rsidRPr="006D03DB" w:rsidRDefault="006D03DB" w:rsidP="006D03DB">
      <w:pPr>
        <w:jc w:val="center"/>
        <w:rPr>
          <w:b/>
          <w:bCs/>
          <w:i/>
          <w:iCs/>
          <w:sz w:val="28"/>
          <w:szCs w:val="32"/>
          <w:lang w:val="it-IT"/>
        </w:rPr>
      </w:pPr>
      <w:r w:rsidRPr="006D03DB">
        <w:rPr>
          <w:b/>
          <w:bCs/>
          <w:i/>
          <w:iCs/>
          <w:sz w:val="24"/>
          <w:szCs w:val="28"/>
          <w:lang w:val="it-IT"/>
        </w:rPr>
        <w:t>CHIEDE</w:t>
      </w:r>
    </w:p>
    <w:p w14:paraId="050C5EAC" w14:textId="11A6BB23" w:rsidR="00211349" w:rsidRPr="006D03DB" w:rsidRDefault="00581489">
      <w:pPr>
        <w:rPr>
          <w:lang w:val="it-IT"/>
        </w:rPr>
      </w:pPr>
      <w:r w:rsidRPr="006D03DB">
        <w:rPr>
          <w:lang w:val="it-IT"/>
        </w:rPr>
        <w:t>Di usufruire della riduzione del 25% dell’imposta IMU, prevista dall’art. 1, comma 760, della Legge 27 dicembre 2019, n. 160, per le unità immobiliari sopra indicate concesse in locazione a canone concordato ai sensi della Legge 9 dicembre 1998, n. 431 e degli accordi territoriali vigenti applicabili al Comune di Baranzate.</w:t>
      </w:r>
    </w:p>
    <w:p w14:paraId="174B5AA2" w14:textId="44450804" w:rsidR="006D03DB" w:rsidRPr="006D03DB" w:rsidRDefault="006D03DB" w:rsidP="006D03DB">
      <w:pPr>
        <w:jc w:val="center"/>
        <w:rPr>
          <w:b/>
          <w:bCs/>
          <w:i/>
          <w:iCs/>
          <w:sz w:val="24"/>
          <w:szCs w:val="28"/>
          <w:lang w:val="it-IT"/>
        </w:rPr>
      </w:pPr>
      <w:r w:rsidRPr="006D03DB">
        <w:rPr>
          <w:b/>
          <w:bCs/>
          <w:i/>
          <w:iCs/>
          <w:sz w:val="24"/>
          <w:szCs w:val="28"/>
          <w:lang w:val="it-IT"/>
        </w:rPr>
        <w:t>DICHIARA</w:t>
      </w:r>
    </w:p>
    <w:p w14:paraId="6DC0D80F" w14:textId="4465FA97" w:rsidR="00211349" w:rsidRPr="006D03DB" w:rsidRDefault="00581489">
      <w:pPr>
        <w:rPr>
          <w:lang w:val="it-IT"/>
        </w:rPr>
      </w:pPr>
      <w:r w:rsidRPr="006D03DB">
        <w:rPr>
          <w:lang w:val="it-IT"/>
        </w:rPr>
        <w:t>che l’abitazione e le eventuali pertinenze suindicate sono locate, alle condizioni definite negli Accordi territoriali vigenti per il Comune di Baranzate, sottoscritti dalle organizzazioni rappresentative della proprietà edilizia e dei conduttori, dal soggetto passivo d’imposta a persone fisiche che le utilizzano come abitazione principale, ove previsto dalla tipologia contrattuale;</w:t>
      </w:r>
    </w:p>
    <w:tbl>
      <w:tblPr>
        <w:tblStyle w:val="Grigliatabella"/>
        <w:tblW w:w="11624" w:type="dxa"/>
        <w:tblInd w:w="-459" w:type="dxa"/>
        <w:tblLook w:val="04A0" w:firstRow="1" w:lastRow="0" w:firstColumn="1" w:lastColumn="0" w:noHBand="0" w:noVBand="1"/>
      </w:tblPr>
      <w:tblGrid>
        <w:gridCol w:w="3402"/>
        <w:gridCol w:w="3119"/>
        <w:gridCol w:w="2268"/>
        <w:gridCol w:w="2835"/>
      </w:tblGrid>
      <w:tr w:rsidR="00211349" w14:paraId="16BAD65E" w14:textId="77777777" w:rsidTr="00320B22">
        <w:trPr>
          <w:trHeight w:val="394"/>
        </w:trPr>
        <w:tc>
          <w:tcPr>
            <w:tcW w:w="3402" w:type="dxa"/>
          </w:tcPr>
          <w:p w14:paraId="1A2DB3FC" w14:textId="3A6BDE0D" w:rsidR="00211349" w:rsidRPr="006D03DB" w:rsidRDefault="00581489">
            <w:pPr>
              <w:rPr>
                <w:lang w:val="it-IT"/>
              </w:rPr>
            </w:pPr>
            <w:r w:rsidRPr="006D03DB">
              <w:rPr>
                <w:lang w:val="it-IT"/>
              </w:rPr>
              <w:t>Cognome e Nome del</w:t>
            </w:r>
            <w:r w:rsidR="00320B22">
              <w:rPr>
                <w:lang w:val="it-IT"/>
              </w:rPr>
              <w:t xml:space="preserve"> </w:t>
            </w:r>
            <w:r w:rsidRPr="006D03DB">
              <w:rPr>
                <w:lang w:val="it-IT"/>
              </w:rPr>
              <w:t>conduttore</w:t>
            </w:r>
          </w:p>
        </w:tc>
        <w:tc>
          <w:tcPr>
            <w:tcW w:w="3119" w:type="dxa"/>
          </w:tcPr>
          <w:p w14:paraId="665E79D3" w14:textId="5671512A" w:rsidR="00211349" w:rsidRDefault="00581489">
            <w:r>
              <w:t>C</w:t>
            </w:r>
            <w:r w:rsidR="00320B22">
              <w:t>odice fiscale</w:t>
            </w:r>
          </w:p>
        </w:tc>
        <w:tc>
          <w:tcPr>
            <w:tcW w:w="2268" w:type="dxa"/>
          </w:tcPr>
          <w:p w14:paraId="51748518" w14:textId="77777777" w:rsidR="00211349" w:rsidRDefault="00581489">
            <w:r>
              <w:t>Data inizio locazione</w:t>
            </w:r>
          </w:p>
        </w:tc>
        <w:tc>
          <w:tcPr>
            <w:tcW w:w="2835" w:type="dxa"/>
          </w:tcPr>
          <w:p w14:paraId="7E22C3B4" w14:textId="77777777" w:rsidR="00211349" w:rsidRDefault="00581489">
            <w:r>
              <w:t>Data fine locazione</w:t>
            </w:r>
          </w:p>
        </w:tc>
      </w:tr>
      <w:tr w:rsidR="00211349" w14:paraId="3F90D185" w14:textId="77777777" w:rsidTr="006D03DB">
        <w:trPr>
          <w:trHeight w:val="592"/>
        </w:trPr>
        <w:tc>
          <w:tcPr>
            <w:tcW w:w="3402" w:type="dxa"/>
          </w:tcPr>
          <w:p w14:paraId="18BE7EEF" w14:textId="77777777" w:rsidR="00211349" w:rsidRDefault="00211349"/>
        </w:tc>
        <w:tc>
          <w:tcPr>
            <w:tcW w:w="3119" w:type="dxa"/>
          </w:tcPr>
          <w:p w14:paraId="5F1865CC" w14:textId="77777777" w:rsidR="00211349" w:rsidRDefault="00211349"/>
        </w:tc>
        <w:tc>
          <w:tcPr>
            <w:tcW w:w="2268" w:type="dxa"/>
          </w:tcPr>
          <w:p w14:paraId="46062E2F" w14:textId="77777777" w:rsidR="00211349" w:rsidRDefault="00211349"/>
        </w:tc>
        <w:tc>
          <w:tcPr>
            <w:tcW w:w="2835" w:type="dxa"/>
          </w:tcPr>
          <w:p w14:paraId="76268A34" w14:textId="77777777" w:rsidR="00211349" w:rsidRDefault="00211349"/>
        </w:tc>
      </w:tr>
      <w:tr w:rsidR="00211349" w14:paraId="5695BE05" w14:textId="77777777" w:rsidTr="006D03DB">
        <w:trPr>
          <w:trHeight w:val="558"/>
        </w:trPr>
        <w:tc>
          <w:tcPr>
            <w:tcW w:w="3402" w:type="dxa"/>
          </w:tcPr>
          <w:p w14:paraId="31C2B30F" w14:textId="77777777" w:rsidR="00211349" w:rsidRDefault="00211349"/>
        </w:tc>
        <w:tc>
          <w:tcPr>
            <w:tcW w:w="3119" w:type="dxa"/>
          </w:tcPr>
          <w:p w14:paraId="155C14D4" w14:textId="77777777" w:rsidR="00211349" w:rsidRDefault="00211349"/>
        </w:tc>
        <w:tc>
          <w:tcPr>
            <w:tcW w:w="2268" w:type="dxa"/>
          </w:tcPr>
          <w:p w14:paraId="0897BC58" w14:textId="77777777" w:rsidR="00211349" w:rsidRDefault="00211349"/>
        </w:tc>
        <w:tc>
          <w:tcPr>
            <w:tcW w:w="2835" w:type="dxa"/>
          </w:tcPr>
          <w:p w14:paraId="40213FB4" w14:textId="77777777" w:rsidR="00211349" w:rsidRDefault="00211349"/>
        </w:tc>
      </w:tr>
    </w:tbl>
    <w:p w14:paraId="024ADEAF" w14:textId="77777777" w:rsidR="006D03DB" w:rsidRDefault="006D03DB">
      <w:pPr>
        <w:rPr>
          <w:b/>
          <w:lang w:val="it-IT"/>
        </w:rPr>
      </w:pPr>
    </w:p>
    <w:p w14:paraId="49A7B9A8" w14:textId="365C286E" w:rsidR="00211349" w:rsidRPr="006D03DB" w:rsidRDefault="00581489">
      <w:pPr>
        <w:rPr>
          <w:lang w:val="it-IT"/>
        </w:rPr>
      </w:pPr>
      <w:r w:rsidRPr="006D03DB">
        <w:rPr>
          <w:b/>
          <w:lang w:val="it-IT"/>
        </w:rPr>
        <w:t xml:space="preserve">•  ALLEGA ALLA PRESENTE RICHIESTA COPIA DEL CONTRATTO DI LOCAZIONE REGISTRATO, </w:t>
      </w:r>
    </w:p>
    <w:p w14:paraId="428A34D4" w14:textId="77777777" w:rsidR="00211349" w:rsidRPr="006D03DB" w:rsidRDefault="00581489">
      <w:pPr>
        <w:rPr>
          <w:lang w:val="it-IT"/>
        </w:rPr>
      </w:pPr>
      <w:r w:rsidRPr="006D03DB">
        <w:rPr>
          <w:lang w:val="it-IT"/>
        </w:rPr>
        <w:t>Ai fini dell’agevolazione, il contratto deve essere conforme alla disciplina del canone concordato applicabile al Comune di Baranzate e regolarmente registrato presso l’Agenzia delle Entrate.</w:t>
      </w:r>
    </w:p>
    <w:p w14:paraId="4B1977D7" w14:textId="77777777" w:rsidR="00211349" w:rsidRPr="006D03DB" w:rsidRDefault="00581489">
      <w:pPr>
        <w:rPr>
          <w:lang w:val="it-IT"/>
        </w:rPr>
      </w:pPr>
      <w:r w:rsidRPr="006D03DB">
        <w:rPr>
          <w:lang w:val="it-IT"/>
        </w:rPr>
        <w:br/>
        <w:t>________________ (luogo) , ______________ (data)</w:t>
      </w:r>
    </w:p>
    <w:p w14:paraId="2B17503E" w14:textId="77777777" w:rsidR="00211349" w:rsidRPr="006D03DB" w:rsidRDefault="00581489">
      <w:pPr>
        <w:jc w:val="right"/>
        <w:rPr>
          <w:lang w:val="it-IT"/>
        </w:rPr>
      </w:pPr>
      <w:r w:rsidRPr="006D03DB">
        <w:rPr>
          <w:b/>
          <w:lang w:val="it-IT"/>
        </w:rPr>
        <w:t>Il Dichiarante</w:t>
      </w:r>
      <w:r w:rsidRPr="006D03DB">
        <w:rPr>
          <w:b/>
          <w:lang w:val="it-IT"/>
        </w:rPr>
        <w:br/>
      </w:r>
      <w:r w:rsidRPr="006D03DB">
        <w:rPr>
          <w:b/>
          <w:lang w:val="it-IT"/>
        </w:rPr>
        <w:br/>
        <w:t>________________________________</w:t>
      </w:r>
    </w:p>
    <w:p w14:paraId="3A6C2B62" w14:textId="02EA5988" w:rsidR="006D03DB" w:rsidRDefault="00581489">
      <w:pPr>
        <w:rPr>
          <w:lang w:val="it-IT"/>
        </w:rPr>
      </w:pPr>
      <w:r w:rsidRPr="006D03DB">
        <w:rPr>
          <w:lang w:val="it-IT"/>
        </w:rPr>
        <w:t>Si comunica che, ai fini del presente atto, ai sensi degli artt. 13 e 14 del Regolamento (UE) 2016/679 – GDPR, i dati personali in esso contenuti saranno trattati dal Comune di Baranzate per le finalità connesse alla gestione del procedimento tributario. Per l’informativa completa sul trattamento dei dati personali si rinvia alla pagina istituzionale: www.comune.baranzate.mi.it/it/privacy</w:t>
      </w:r>
    </w:p>
    <w:p w14:paraId="7596D411" w14:textId="324BB8E6" w:rsidR="00211349" w:rsidRPr="006D03DB" w:rsidRDefault="00211349">
      <w:pPr>
        <w:rPr>
          <w:lang w:val="it-IT"/>
        </w:rPr>
      </w:pPr>
    </w:p>
    <w:sectPr w:rsidR="00211349" w:rsidRPr="006D03DB" w:rsidSect="00D72DD2">
      <w:headerReference w:type="even" r:id="rId9"/>
      <w:headerReference w:type="default" r:id="rId10"/>
      <w:footerReference w:type="even" r:id="rId11"/>
      <w:footerReference w:type="default" r:id="rId12"/>
      <w:headerReference w:type="first" r:id="rId13"/>
      <w:footerReference w:type="first" r:id="rId14"/>
      <w:pgSz w:w="12240" w:h="15840"/>
      <w:pgMar w:top="794" w:right="964" w:bottom="737" w:left="964" w:header="34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02131" w14:textId="77777777" w:rsidR="00EF51F3" w:rsidRDefault="00EF51F3" w:rsidP="00675CD4">
      <w:pPr>
        <w:spacing w:after="0" w:line="240" w:lineRule="auto"/>
      </w:pPr>
      <w:r>
        <w:separator/>
      </w:r>
    </w:p>
  </w:endnote>
  <w:endnote w:type="continuationSeparator" w:id="0">
    <w:p w14:paraId="135E005A" w14:textId="77777777" w:rsidR="00EF51F3" w:rsidRDefault="00EF51F3" w:rsidP="0067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CBB5B" w14:textId="77777777" w:rsidR="00D72DD2" w:rsidRDefault="00D72DD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8338" w14:textId="40A207A5" w:rsidR="00675CD4" w:rsidRPr="00675CD4" w:rsidRDefault="00675CD4" w:rsidP="00675CD4">
    <w:pPr>
      <w:pStyle w:val="Pidipagina"/>
      <w:jc w:val="center"/>
      <w:rPr>
        <w:sz w:val="24"/>
        <w:szCs w:val="24"/>
        <w:lang w:val="it-IT"/>
      </w:rPr>
    </w:pPr>
    <w:r w:rsidRPr="00675CD4">
      <w:rPr>
        <w:sz w:val="24"/>
        <w:szCs w:val="24"/>
        <w:lang w:val="it-IT"/>
      </w:rPr>
      <w:t>Ufficio Tributi: Via I Maggio N° 30 – 20021 Baranzate Tel. 02 91246909 – 02 91246917</w:t>
    </w:r>
  </w:p>
  <w:p w14:paraId="1BC7A96D" w14:textId="270CD4C8" w:rsidR="00675CD4" w:rsidRPr="00675CD4" w:rsidRDefault="00675CD4" w:rsidP="00675CD4">
    <w:pPr>
      <w:pStyle w:val="Pidipagina"/>
      <w:jc w:val="center"/>
      <w:rPr>
        <w:sz w:val="24"/>
        <w:szCs w:val="24"/>
        <w:lang w:val="it-IT"/>
      </w:rPr>
    </w:pPr>
    <w:proofErr w:type="gramStart"/>
    <w:r w:rsidRPr="00675CD4">
      <w:rPr>
        <w:sz w:val="24"/>
        <w:szCs w:val="24"/>
        <w:lang w:val="it-IT"/>
      </w:rPr>
      <w:t xml:space="preserve">e-mail:   </w:t>
    </w:r>
    <w:proofErr w:type="gramEnd"/>
    <w:r w:rsidRPr="00675CD4">
      <w:rPr>
        <w:sz w:val="24"/>
        <w:szCs w:val="24"/>
        <w:lang w:val="it-IT"/>
      </w:rPr>
      <w:t>tributi@comune.baranzate-mi.it</w:t>
    </w:r>
  </w:p>
  <w:p w14:paraId="4742A704" w14:textId="77777777" w:rsidR="00675CD4" w:rsidRPr="00675CD4" w:rsidRDefault="00675CD4">
    <w:pPr>
      <w:pStyle w:val="Pidipagina"/>
      <w:rPr>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66C32" w14:textId="77777777" w:rsidR="00D72DD2" w:rsidRDefault="00D72DD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AA67A" w14:textId="77777777" w:rsidR="00EF51F3" w:rsidRDefault="00EF51F3" w:rsidP="00675CD4">
      <w:pPr>
        <w:spacing w:after="0" w:line="240" w:lineRule="auto"/>
      </w:pPr>
      <w:r>
        <w:separator/>
      </w:r>
    </w:p>
  </w:footnote>
  <w:footnote w:type="continuationSeparator" w:id="0">
    <w:p w14:paraId="17875CF1" w14:textId="77777777" w:rsidR="00EF51F3" w:rsidRDefault="00EF51F3" w:rsidP="00675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DE" w14:textId="77777777" w:rsidR="00D72DD2" w:rsidRDefault="00D72DD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A7D5A" w14:textId="77777777" w:rsidR="00D72DD2" w:rsidRDefault="00D72DD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20D0" w14:textId="77777777" w:rsidR="00D72DD2" w:rsidRDefault="00D72DD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789468535">
    <w:abstractNumId w:val="8"/>
  </w:num>
  <w:num w:numId="2" w16cid:durableId="2083017013">
    <w:abstractNumId w:val="6"/>
  </w:num>
  <w:num w:numId="3" w16cid:durableId="692610155">
    <w:abstractNumId w:val="5"/>
  </w:num>
  <w:num w:numId="4" w16cid:durableId="2063283654">
    <w:abstractNumId w:val="4"/>
  </w:num>
  <w:num w:numId="5" w16cid:durableId="1835030003">
    <w:abstractNumId w:val="7"/>
  </w:num>
  <w:num w:numId="6" w16cid:durableId="496656351">
    <w:abstractNumId w:val="3"/>
  </w:num>
  <w:num w:numId="7" w16cid:durableId="1453327236">
    <w:abstractNumId w:val="2"/>
  </w:num>
  <w:num w:numId="8" w16cid:durableId="1335718178">
    <w:abstractNumId w:val="1"/>
  </w:num>
  <w:num w:numId="9" w16cid:durableId="1220047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11349"/>
    <w:rsid w:val="0029639D"/>
    <w:rsid w:val="00320B22"/>
    <w:rsid w:val="00326F90"/>
    <w:rsid w:val="00581489"/>
    <w:rsid w:val="00675CD4"/>
    <w:rsid w:val="006D03DB"/>
    <w:rsid w:val="006E704C"/>
    <w:rsid w:val="007F00B3"/>
    <w:rsid w:val="008B612E"/>
    <w:rsid w:val="009660A9"/>
    <w:rsid w:val="00AA1D8D"/>
    <w:rsid w:val="00B47730"/>
    <w:rsid w:val="00C86D51"/>
    <w:rsid w:val="00CB0664"/>
    <w:rsid w:val="00D72DD2"/>
    <w:rsid w:val="00EF51F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B7D7B9"/>
  <w14:defaultImageDpi w14:val="300"/>
  <w15:docId w15:val="{75B10EE4-656B-4D45-8598-B6B8C6FDD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rPr>
      <w:rFonts w:ascii="Times New Roman" w:hAnsi="Times New Roman"/>
      <w:sz w:val="20"/>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3814</Characters>
  <Application>Microsoft Office Word</Application>
  <DocSecurity>0</DocSecurity>
  <Lines>31</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4474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Matilde Vinciguerra</cp:lastModifiedBy>
  <cp:revision>5</cp:revision>
  <dcterms:created xsi:type="dcterms:W3CDTF">2026-08-31T09:13:00Z</dcterms:created>
  <dcterms:modified xsi:type="dcterms:W3CDTF">2026-08-31T09:15:00Z</dcterms:modified>
  <cp:category/>
</cp:coreProperties>
</file>